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D19EC" w14:textId="56E37EA8" w:rsidR="00A61597" w:rsidRPr="00422415" w:rsidRDefault="00B63286">
      <w:pPr>
        <w:rPr>
          <w:b/>
          <w:bCs/>
          <w:i/>
          <w:iCs/>
          <w:u w:val="single"/>
        </w:rPr>
      </w:pPr>
      <w:proofErr w:type="spellStart"/>
      <w:r w:rsidRPr="00422415">
        <w:rPr>
          <w:b/>
          <w:bCs/>
          <w:i/>
          <w:iCs/>
          <w:u w:val="single"/>
        </w:rPr>
        <w:t>Beleidsplan</w:t>
      </w:r>
      <w:proofErr w:type="spellEnd"/>
      <w:r w:rsidRPr="00422415">
        <w:rPr>
          <w:b/>
          <w:bCs/>
          <w:i/>
          <w:iCs/>
          <w:u w:val="single"/>
        </w:rPr>
        <w:t xml:space="preserve"> Stichting </w:t>
      </w:r>
      <w:proofErr w:type="spellStart"/>
      <w:r w:rsidRPr="00422415">
        <w:rPr>
          <w:b/>
          <w:bCs/>
          <w:i/>
          <w:iCs/>
          <w:u w:val="single"/>
        </w:rPr>
        <w:t>Zorgboerderij</w:t>
      </w:r>
      <w:proofErr w:type="spellEnd"/>
      <w:r w:rsidRPr="00422415">
        <w:rPr>
          <w:b/>
          <w:bCs/>
          <w:i/>
          <w:iCs/>
          <w:u w:val="single"/>
        </w:rPr>
        <w:t xml:space="preserve"> Ons Buiten</w:t>
      </w:r>
    </w:p>
    <w:p w14:paraId="7D644FC5" w14:textId="7775CCFD" w:rsidR="00A61597" w:rsidRPr="00422415" w:rsidRDefault="00B63286">
      <w:pPr>
        <w:rPr>
          <w:b/>
          <w:bCs/>
          <w:i/>
          <w:iCs/>
          <w:u w:val="single"/>
        </w:rPr>
      </w:pPr>
      <w:proofErr w:type="spellStart"/>
      <w:r w:rsidRPr="00422415">
        <w:rPr>
          <w:b/>
          <w:bCs/>
          <w:i/>
          <w:iCs/>
          <w:u w:val="single"/>
        </w:rPr>
        <w:t>Organisatiegegevens</w:t>
      </w:r>
      <w:proofErr w:type="spellEnd"/>
      <w:r w:rsidR="00422415" w:rsidRPr="00422415">
        <w:rPr>
          <w:b/>
          <w:bCs/>
          <w:i/>
          <w:iCs/>
          <w:u w:val="single"/>
        </w:rPr>
        <w:t>;</w:t>
      </w:r>
    </w:p>
    <w:p w14:paraId="0C5528E3" w14:textId="77777777" w:rsidR="00A61597" w:rsidRDefault="00B63286" w:rsidP="00CE6D45">
      <w:pPr>
        <w:spacing w:after="0" w:line="240" w:lineRule="auto"/>
      </w:pPr>
      <w:r>
        <w:t>Naam stichting: Stichting Zorgboerderij Ons Buiten</w:t>
      </w:r>
    </w:p>
    <w:p w14:paraId="3A0E4ABB" w14:textId="77777777" w:rsidR="00A61597" w:rsidRDefault="00B63286" w:rsidP="00CE6D45">
      <w:pPr>
        <w:spacing w:after="0" w:line="240" w:lineRule="auto"/>
      </w:pPr>
      <w:r>
        <w:t>KVK-nummer: 96661496</w:t>
      </w:r>
    </w:p>
    <w:p w14:paraId="5155BF99" w14:textId="77777777" w:rsidR="00A61597" w:rsidRDefault="00B63286" w:rsidP="00CE6D45">
      <w:pPr>
        <w:spacing w:after="0" w:line="240" w:lineRule="auto"/>
      </w:pPr>
      <w:r>
        <w:t>RSIN/fiscaal nummer: 867703854</w:t>
      </w:r>
    </w:p>
    <w:p w14:paraId="61A43E5A" w14:textId="77777777" w:rsidR="00A61597" w:rsidRDefault="00B63286" w:rsidP="00CE6D45">
      <w:pPr>
        <w:spacing w:after="0" w:line="240" w:lineRule="auto"/>
      </w:pPr>
      <w:r>
        <w:t>Vestigingsadres: Noorderdracht 45, 1696 AC Oosterblokker</w:t>
      </w:r>
    </w:p>
    <w:p w14:paraId="74F8E081" w14:textId="77777777" w:rsidR="00A61597" w:rsidRDefault="00B63286" w:rsidP="00CE6D45">
      <w:pPr>
        <w:spacing w:after="0" w:line="240" w:lineRule="auto"/>
      </w:pPr>
      <w:r>
        <w:t>E-mail: info@zorgboerderijonsbuiten.nl</w:t>
      </w:r>
    </w:p>
    <w:p w14:paraId="0AC99E97" w14:textId="77777777" w:rsidR="00A61597" w:rsidRDefault="00B63286" w:rsidP="00CE6D45">
      <w:pPr>
        <w:spacing w:after="0" w:line="240" w:lineRule="auto"/>
      </w:pPr>
      <w:r>
        <w:t>Website: www.zorgboerderijonsbuiten.nl</w:t>
      </w:r>
    </w:p>
    <w:p w14:paraId="73D5C5B8" w14:textId="77777777" w:rsidR="00A61597" w:rsidRDefault="00A61597" w:rsidP="00CE6D45">
      <w:pPr>
        <w:spacing w:after="0" w:line="240" w:lineRule="auto"/>
      </w:pPr>
    </w:p>
    <w:p w14:paraId="6B0F0CE4" w14:textId="77777777" w:rsidR="00A61597" w:rsidRDefault="00B63286" w:rsidP="00CE6D45">
      <w:pPr>
        <w:spacing w:after="0" w:line="240" w:lineRule="auto"/>
      </w:pPr>
      <w:r>
        <w:t>Bestuur</w:t>
      </w:r>
    </w:p>
    <w:p w14:paraId="3B6E7A25" w14:textId="77777777" w:rsidR="00A61597" w:rsidRDefault="00B63286" w:rsidP="00CE6D45">
      <w:pPr>
        <w:spacing w:after="0" w:line="240" w:lineRule="auto"/>
      </w:pPr>
      <w:r>
        <w:t>- Laura van de Rol – voorzitter</w:t>
      </w:r>
    </w:p>
    <w:p w14:paraId="1850A5E6" w14:textId="77777777" w:rsidR="00A61597" w:rsidRDefault="00B63286" w:rsidP="00CE6D45">
      <w:pPr>
        <w:spacing w:after="0" w:line="240" w:lineRule="auto"/>
      </w:pPr>
      <w:r>
        <w:t>- Vrony Roseille – penningmeester</w:t>
      </w:r>
    </w:p>
    <w:p w14:paraId="68F934D4" w14:textId="77777777" w:rsidR="00A61597" w:rsidRDefault="00B63286" w:rsidP="00CE6D45">
      <w:pPr>
        <w:spacing w:after="0" w:line="240" w:lineRule="auto"/>
      </w:pPr>
      <w:r>
        <w:t>- Lia van de Ven – secretaris</w:t>
      </w:r>
    </w:p>
    <w:p w14:paraId="3B6CA5C6" w14:textId="77777777" w:rsidR="00A61597" w:rsidRDefault="00A61597" w:rsidP="00CE6D45">
      <w:pPr>
        <w:spacing w:after="0" w:line="240" w:lineRule="auto"/>
      </w:pPr>
    </w:p>
    <w:p w14:paraId="522060F7" w14:textId="77777777" w:rsidR="00A61597" w:rsidRDefault="00B63286" w:rsidP="00CE6D45">
      <w:pPr>
        <w:spacing w:after="0" w:line="240" w:lineRule="auto"/>
      </w:pPr>
      <w:r>
        <w:t>Projectbegeleiding &amp; fondsenwerving</w:t>
      </w:r>
    </w:p>
    <w:p w14:paraId="3F34BADF" w14:textId="77777777" w:rsidR="00A61597" w:rsidRDefault="00B63286" w:rsidP="00CE6D45">
      <w:pPr>
        <w:spacing w:after="0" w:line="240" w:lineRule="auto"/>
      </w:pPr>
      <w:r>
        <w:t>Thessa Bruijns</w:t>
      </w:r>
    </w:p>
    <w:p w14:paraId="4A44672B" w14:textId="38CDFC3C" w:rsidR="00CE6D45" w:rsidRDefault="00CE6D45" w:rsidP="00CE6D45">
      <w:pPr>
        <w:spacing w:after="0" w:line="240" w:lineRule="auto"/>
      </w:pPr>
      <w:r>
        <w:t>06-15395050</w:t>
      </w:r>
    </w:p>
    <w:p w14:paraId="64F1E05D" w14:textId="77777777" w:rsidR="00A61597" w:rsidRDefault="00B63286" w:rsidP="00CE6D45">
      <w:pPr>
        <w:spacing w:after="0" w:line="240" w:lineRule="auto"/>
      </w:pPr>
      <w:r>
        <w:t>info@zorgboerderijonsbuiten.nl</w:t>
      </w:r>
    </w:p>
    <w:p w14:paraId="2E394A72" w14:textId="77777777" w:rsidR="00A61597" w:rsidRDefault="00A61597" w:rsidP="00CE6D45">
      <w:pPr>
        <w:spacing w:after="0" w:line="240" w:lineRule="auto"/>
      </w:pPr>
    </w:p>
    <w:p w14:paraId="2F4A879C" w14:textId="27E0EA49" w:rsidR="00A61597" w:rsidRPr="00422415" w:rsidRDefault="00B63286" w:rsidP="00CE6D45">
      <w:pPr>
        <w:spacing w:after="0" w:line="240" w:lineRule="auto"/>
        <w:rPr>
          <w:b/>
          <w:bCs/>
          <w:i/>
          <w:iCs/>
          <w:u w:val="single"/>
        </w:rPr>
      </w:pPr>
      <w:proofErr w:type="spellStart"/>
      <w:r w:rsidRPr="00422415">
        <w:rPr>
          <w:b/>
          <w:bCs/>
          <w:i/>
          <w:iCs/>
          <w:u w:val="single"/>
        </w:rPr>
        <w:t>Doelstelling</w:t>
      </w:r>
      <w:proofErr w:type="spellEnd"/>
    </w:p>
    <w:p w14:paraId="37EF25F2" w14:textId="77777777" w:rsidR="00A61597" w:rsidRDefault="00A61597" w:rsidP="00CE6D45">
      <w:pPr>
        <w:spacing w:after="0" w:line="240" w:lineRule="auto"/>
      </w:pPr>
    </w:p>
    <w:p w14:paraId="5C708FDD" w14:textId="1CEB7357" w:rsidR="009258C6" w:rsidRDefault="009258C6" w:rsidP="00CE6D45">
      <w:pPr>
        <w:spacing w:after="0" w:line="240" w:lineRule="auto"/>
      </w:pPr>
      <w:r w:rsidRPr="009258C6">
        <w:t xml:space="preserve">Het </w:t>
      </w:r>
      <w:proofErr w:type="spellStart"/>
      <w:r w:rsidRPr="009258C6">
        <w:t>bieden</w:t>
      </w:r>
      <w:proofErr w:type="spellEnd"/>
      <w:r w:rsidRPr="009258C6">
        <w:t xml:space="preserve"> van </w:t>
      </w:r>
      <w:proofErr w:type="spellStart"/>
      <w:r w:rsidRPr="009258C6">
        <w:t>kleinschalige</w:t>
      </w:r>
      <w:proofErr w:type="spellEnd"/>
      <w:r w:rsidRPr="009258C6">
        <w:t xml:space="preserve"> </w:t>
      </w:r>
      <w:proofErr w:type="spellStart"/>
      <w:r w:rsidRPr="009258C6">
        <w:t>dagbesteding</w:t>
      </w:r>
      <w:proofErr w:type="spellEnd"/>
      <w:r w:rsidRPr="009258C6">
        <w:t xml:space="preserve">  </w:t>
      </w:r>
      <w:proofErr w:type="spellStart"/>
      <w:r w:rsidRPr="009258C6">
        <w:t>begeleiding</w:t>
      </w:r>
      <w:proofErr w:type="spellEnd"/>
      <w:r w:rsidRPr="009258C6">
        <w:t xml:space="preserve"> </w:t>
      </w:r>
      <w:proofErr w:type="spellStart"/>
      <w:r w:rsidRPr="009258C6">
        <w:t>maatschappelijke</w:t>
      </w:r>
      <w:proofErr w:type="spellEnd"/>
      <w:r w:rsidRPr="009258C6">
        <w:t xml:space="preserve"> </w:t>
      </w:r>
      <w:proofErr w:type="spellStart"/>
      <w:r w:rsidRPr="009258C6">
        <w:t>participatie</w:t>
      </w:r>
      <w:proofErr w:type="spellEnd"/>
      <w:r w:rsidRPr="009258C6">
        <w:t xml:space="preserve"> </w:t>
      </w:r>
      <w:proofErr w:type="spellStart"/>
      <w:r w:rsidRPr="009258C6">
        <w:t>aan</w:t>
      </w:r>
      <w:proofErr w:type="spellEnd"/>
      <w:r w:rsidRPr="009258C6">
        <w:t xml:space="preserve"> </w:t>
      </w:r>
      <w:proofErr w:type="spellStart"/>
      <w:r w:rsidRPr="009258C6">
        <w:t>mensen</w:t>
      </w:r>
      <w:proofErr w:type="spellEnd"/>
      <w:r w:rsidRPr="009258C6">
        <w:t xml:space="preserve"> met </w:t>
      </w:r>
      <w:proofErr w:type="spellStart"/>
      <w:r w:rsidRPr="009258C6">
        <w:t>een</w:t>
      </w:r>
      <w:proofErr w:type="spellEnd"/>
      <w:r w:rsidRPr="009258C6">
        <w:t xml:space="preserve"> </w:t>
      </w:r>
      <w:proofErr w:type="spellStart"/>
      <w:r w:rsidRPr="009258C6">
        <w:t>lichte</w:t>
      </w:r>
      <w:proofErr w:type="spellEnd"/>
      <w:r w:rsidRPr="009258C6">
        <w:t xml:space="preserve"> </w:t>
      </w:r>
      <w:proofErr w:type="spellStart"/>
      <w:r w:rsidRPr="009258C6">
        <w:t>lichamelijke</w:t>
      </w:r>
      <w:proofErr w:type="spellEnd"/>
      <w:r w:rsidRPr="009258C6">
        <w:t xml:space="preserve"> en of </w:t>
      </w:r>
      <w:proofErr w:type="spellStart"/>
      <w:r w:rsidRPr="009258C6">
        <w:t>geestelijke</w:t>
      </w:r>
      <w:proofErr w:type="spellEnd"/>
      <w:r w:rsidRPr="009258C6">
        <w:t xml:space="preserve"> </w:t>
      </w:r>
      <w:proofErr w:type="spellStart"/>
      <w:r w:rsidRPr="009258C6">
        <w:t>beperking</w:t>
      </w:r>
      <w:proofErr w:type="spellEnd"/>
      <w:r w:rsidRPr="009258C6">
        <w:t xml:space="preserve">, en </w:t>
      </w:r>
      <w:proofErr w:type="spellStart"/>
      <w:r w:rsidRPr="009258C6">
        <w:t>afstand</w:t>
      </w:r>
      <w:proofErr w:type="spellEnd"/>
      <w:r w:rsidRPr="009258C6">
        <w:t xml:space="preserve"> tot de </w:t>
      </w:r>
      <w:proofErr w:type="spellStart"/>
      <w:r w:rsidRPr="009258C6">
        <w:t>arbeidsmarkt</w:t>
      </w:r>
      <w:proofErr w:type="spellEnd"/>
      <w:r w:rsidRPr="009258C6">
        <w:t xml:space="preserve">, stage </w:t>
      </w:r>
      <w:proofErr w:type="spellStart"/>
      <w:r w:rsidRPr="009258C6">
        <w:t>plaatsen</w:t>
      </w:r>
      <w:proofErr w:type="spellEnd"/>
      <w:r w:rsidRPr="009258C6">
        <w:t xml:space="preserve"> voor </w:t>
      </w:r>
      <w:proofErr w:type="spellStart"/>
      <w:r w:rsidRPr="009258C6">
        <w:t>lokale</w:t>
      </w:r>
      <w:proofErr w:type="spellEnd"/>
      <w:r w:rsidRPr="009258C6">
        <w:t xml:space="preserve"> </w:t>
      </w:r>
      <w:proofErr w:type="spellStart"/>
      <w:r w:rsidRPr="009258C6">
        <w:t>scholen</w:t>
      </w:r>
      <w:proofErr w:type="spellEnd"/>
      <w:r w:rsidRPr="009258C6">
        <w:t xml:space="preserve">, </w:t>
      </w:r>
      <w:proofErr w:type="spellStart"/>
      <w:r w:rsidRPr="009258C6">
        <w:t>natuur</w:t>
      </w:r>
      <w:proofErr w:type="spellEnd"/>
      <w:r w:rsidRPr="009258C6">
        <w:t xml:space="preserve"> </w:t>
      </w:r>
      <w:proofErr w:type="spellStart"/>
      <w:r w:rsidRPr="009258C6">
        <w:t>educatie</w:t>
      </w:r>
      <w:proofErr w:type="spellEnd"/>
      <w:r w:rsidRPr="009258C6">
        <w:t xml:space="preserve">, </w:t>
      </w:r>
      <w:proofErr w:type="spellStart"/>
      <w:r w:rsidRPr="009258C6">
        <w:t>biodiversiteid</w:t>
      </w:r>
      <w:proofErr w:type="spellEnd"/>
      <w:r w:rsidRPr="009258C6">
        <w:t xml:space="preserve"> en </w:t>
      </w:r>
      <w:proofErr w:type="spellStart"/>
      <w:r w:rsidRPr="009258C6">
        <w:t>gezonde</w:t>
      </w:r>
      <w:proofErr w:type="spellEnd"/>
      <w:r w:rsidRPr="009258C6">
        <w:t xml:space="preserve"> </w:t>
      </w:r>
      <w:proofErr w:type="spellStart"/>
      <w:r w:rsidRPr="009258C6">
        <w:t>leef</w:t>
      </w:r>
      <w:proofErr w:type="spellEnd"/>
      <w:r w:rsidRPr="009258C6">
        <w:t xml:space="preserve"> </w:t>
      </w:r>
      <w:proofErr w:type="spellStart"/>
      <w:r w:rsidRPr="009258C6">
        <w:t>omgeving</w:t>
      </w:r>
      <w:proofErr w:type="spellEnd"/>
      <w:r w:rsidRPr="009258C6">
        <w:t>.</w:t>
      </w:r>
    </w:p>
    <w:p w14:paraId="2C48BF25" w14:textId="77777777" w:rsidR="009258C6" w:rsidRDefault="009258C6" w:rsidP="00CE6D45">
      <w:pPr>
        <w:spacing w:after="0" w:line="240" w:lineRule="auto"/>
      </w:pPr>
    </w:p>
    <w:p w14:paraId="56DADC86" w14:textId="4358271A" w:rsidR="00A61597" w:rsidRPr="00422415" w:rsidRDefault="00B63286" w:rsidP="00CE6D45">
      <w:pPr>
        <w:spacing w:after="0" w:line="240" w:lineRule="auto"/>
        <w:rPr>
          <w:b/>
          <w:bCs/>
          <w:i/>
          <w:iCs/>
          <w:u w:val="single"/>
        </w:rPr>
      </w:pPr>
      <w:r w:rsidRPr="00422415">
        <w:rPr>
          <w:b/>
          <w:bCs/>
          <w:i/>
          <w:iCs/>
          <w:u w:val="single"/>
        </w:rPr>
        <w:t xml:space="preserve">De </w:t>
      </w:r>
      <w:proofErr w:type="spellStart"/>
      <w:r w:rsidRPr="00422415">
        <w:rPr>
          <w:b/>
          <w:bCs/>
          <w:i/>
          <w:iCs/>
          <w:u w:val="single"/>
        </w:rPr>
        <w:t>stichting</w:t>
      </w:r>
      <w:proofErr w:type="spellEnd"/>
      <w:r w:rsidRPr="00422415">
        <w:rPr>
          <w:b/>
          <w:bCs/>
          <w:i/>
          <w:iCs/>
          <w:u w:val="single"/>
        </w:rPr>
        <w:t xml:space="preserve"> </w:t>
      </w:r>
      <w:proofErr w:type="spellStart"/>
      <w:r w:rsidRPr="00422415">
        <w:rPr>
          <w:b/>
          <w:bCs/>
          <w:i/>
          <w:iCs/>
          <w:u w:val="single"/>
        </w:rPr>
        <w:t>richt</w:t>
      </w:r>
      <w:proofErr w:type="spellEnd"/>
      <w:r w:rsidRPr="00422415">
        <w:rPr>
          <w:b/>
          <w:bCs/>
          <w:i/>
          <w:iCs/>
          <w:u w:val="single"/>
        </w:rPr>
        <w:t xml:space="preserve"> </w:t>
      </w:r>
      <w:proofErr w:type="spellStart"/>
      <w:r w:rsidRPr="00422415">
        <w:rPr>
          <w:b/>
          <w:bCs/>
          <w:i/>
          <w:iCs/>
          <w:u w:val="single"/>
        </w:rPr>
        <w:t>zich</w:t>
      </w:r>
      <w:proofErr w:type="spellEnd"/>
      <w:r w:rsidRPr="00422415">
        <w:rPr>
          <w:b/>
          <w:bCs/>
          <w:i/>
          <w:iCs/>
          <w:u w:val="single"/>
        </w:rPr>
        <w:t xml:space="preserve"> op:</w:t>
      </w:r>
    </w:p>
    <w:p w14:paraId="254AD3ED" w14:textId="77777777" w:rsidR="00A61597" w:rsidRDefault="00B63286" w:rsidP="00CE6D45">
      <w:pPr>
        <w:spacing w:after="0" w:line="240" w:lineRule="auto"/>
      </w:pPr>
      <w:r>
        <w:t>- het bieden van zorg, begeleiding en dagbesteding;</w:t>
      </w:r>
    </w:p>
    <w:p w14:paraId="42B0FD5E" w14:textId="77777777" w:rsidR="00A61597" w:rsidRDefault="00B63286" w:rsidP="00CE6D45">
      <w:pPr>
        <w:spacing w:after="0" w:line="240" w:lineRule="auto"/>
      </w:pPr>
      <w:r>
        <w:t>- het bevorderen van maatschappelijke participatie, inclusie en persoonlijke ontwikkeling;</w:t>
      </w:r>
    </w:p>
    <w:p w14:paraId="1AF4E9ED" w14:textId="77777777" w:rsidR="00A61597" w:rsidRDefault="00B63286" w:rsidP="00CE6D45">
      <w:pPr>
        <w:spacing w:after="0" w:line="240" w:lineRule="auto"/>
      </w:pPr>
      <w:r>
        <w:t>- het bevorderen en behouden van biodiversiteit en een gezonde leefomgeving;</w:t>
      </w:r>
    </w:p>
    <w:p w14:paraId="40BED65B" w14:textId="77777777" w:rsidR="00A61597" w:rsidRDefault="00B63286" w:rsidP="00CE6D45">
      <w:pPr>
        <w:spacing w:after="0" w:line="240" w:lineRule="auto"/>
      </w:pPr>
      <w:r>
        <w:t>- het vergroten van kennis en bewustwording rondom natuur, milieu en gezonde voeding door middel van educatie;</w:t>
      </w:r>
    </w:p>
    <w:p w14:paraId="74322FCE" w14:textId="77777777" w:rsidR="00A61597" w:rsidRDefault="00B63286" w:rsidP="00CE6D45">
      <w:pPr>
        <w:spacing w:after="0" w:line="240" w:lineRule="auto"/>
      </w:pPr>
      <w:r>
        <w:t>- het creëren van een veilige, groene en kleinschalige omgeving waar deelnemers zich welkom en waardevol voelen.</w:t>
      </w:r>
    </w:p>
    <w:p w14:paraId="4460EE5E" w14:textId="77777777" w:rsidR="00A61597" w:rsidRDefault="00A61597" w:rsidP="00CE6D45">
      <w:pPr>
        <w:spacing w:after="0" w:line="240" w:lineRule="auto"/>
      </w:pPr>
    </w:p>
    <w:p w14:paraId="55A561CA" w14:textId="77777777" w:rsidR="00A61597" w:rsidRDefault="00B63286" w:rsidP="00CE6D45">
      <w:pPr>
        <w:spacing w:after="0" w:line="240" w:lineRule="auto"/>
      </w:pPr>
      <w:r>
        <w:t>De stichting beoogt uitsluitend het algemeen nut en heeft geen winstoogmerk.</w:t>
      </w:r>
    </w:p>
    <w:p w14:paraId="44A573D3" w14:textId="77777777" w:rsidR="00A61597" w:rsidRDefault="00A61597" w:rsidP="00CE6D45">
      <w:pPr>
        <w:spacing w:after="0" w:line="240" w:lineRule="auto"/>
      </w:pPr>
    </w:p>
    <w:p w14:paraId="6CEB562F" w14:textId="2B825DE0" w:rsidR="00A61597" w:rsidRPr="00422415" w:rsidRDefault="00B63286" w:rsidP="00CE6D45">
      <w:pPr>
        <w:spacing w:after="0" w:line="240" w:lineRule="auto"/>
        <w:rPr>
          <w:b/>
          <w:bCs/>
          <w:i/>
          <w:iCs/>
          <w:u w:val="single"/>
        </w:rPr>
      </w:pPr>
      <w:proofErr w:type="spellStart"/>
      <w:r w:rsidRPr="00422415">
        <w:rPr>
          <w:b/>
          <w:bCs/>
          <w:i/>
          <w:iCs/>
          <w:u w:val="single"/>
        </w:rPr>
        <w:t>Werkzaamheden</w:t>
      </w:r>
      <w:proofErr w:type="spellEnd"/>
      <w:r w:rsidRPr="00422415">
        <w:rPr>
          <w:b/>
          <w:bCs/>
          <w:i/>
          <w:iCs/>
          <w:u w:val="single"/>
        </w:rPr>
        <w:t xml:space="preserve"> en </w:t>
      </w:r>
      <w:proofErr w:type="spellStart"/>
      <w:r w:rsidRPr="00422415">
        <w:rPr>
          <w:b/>
          <w:bCs/>
          <w:i/>
          <w:iCs/>
          <w:u w:val="single"/>
        </w:rPr>
        <w:t>activiteiten</w:t>
      </w:r>
      <w:proofErr w:type="spellEnd"/>
    </w:p>
    <w:p w14:paraId="1B564096" w14:textId="77777777" w:rsidR="00A61597" w:rsidRDefault="00B63286" w:rsidP="00CE6D45">
      <w:pPr>
        <w:spacing w:after="0" w:line="240" w:lineRule="auto"/>
      </w:pPr>
      <w:r w:rsidRPr="00422415">
        <w:rPr>
          <w:b/>
          <w:bCs/>
          <w:i/>
          <w:iCs/>
          <w:u w:val="single"/>
        </w:rPr>
        <w:t>De stichting tracht haar doel onder meer te bereiken door</w:t>
      </w:r>
      <w:r>
        <w:t>:</w:t>
      </w:r>
    </w:p>
    <w:p w14:paraId="56F8898A" w14:textId="77777777" w:rsidR="00A61597" w:rsidRDefault="00A61597" w:rsidP="00CE6D45">
      <w:pPr>
        <w:spacing w:after="0" w:line="240" w:lineRule="auto"/>
      </w:pPr>
    </w:p>
    <w:p w14:paraId="17C1652D" w14:textId="77777777" w:rsidR="00A61597" w:rsidRDefault="00B63286" w:rsidP="00CE6D45">
      <w:pPr>
        <w:spacing w:after="0" w:line="240" w:lineRule="auto"/>
      </w:pPr>
      <w:r>
        <w:t>- het aanbieden van dagbesteding en begeleiding aan mensen met een beperking;</w:t>
      </w:r>
    </w:p>
    <w:p w14:paraId="7153345B" w14:textId="77777777" w:rsidR="00A61597" w:rsidRDefault="00B63286" w:rsidP="00CE6D45">
      <w:pPr>
        <w:spacing w:after="0" w:line="240" w:lineRule="auto"/>
      </w:pPr>
      <w:r>
        <w:t>- het ondersteunen van werkgerichte, creatieve en groene activiteiten op het erf;</w:t>
      </w:r>
    </w:p>
    <w:p w14:paraId="200C6C10" w14:textId="77777777" w:rsidR="00A61597" w:rsidRDefault="00B63286" w:rsidP="00CE6D45">
      <w:pPr>
        <w:spacing w:after="0" w:line="240" w:lineRule="auto"/>
      </w:pPr>
      <w:r>
        <w:t>- natuurbeheer met aandacht voor biodiversiteit en bijvriendelijke inrichting;</w:t>
      </w:r>
    </w:p>
    <w:p w14:paraId="179A75F6" w14:textId="77777777" w:rsidR="00A61597" w:rsidRDefault="00B63286" w:rsidP="00CE6D45">
      <w:pPr>
        <w:spacing w:after="0" w:line="240" w:lineRule="auto"/>
      </w:pPr>
      <w:r>
        <w:t>- het onderhouden van een moestuin gericht op gezonde voeding en educatie;</w:t>
      </w:r>
    </w:p>
    <w:p w14:paraId="1BAC112C" w14:textId="7F5A5B40" w:rsidR="00A61597" w:rsidRDefault="00B63286" w:rsidP="00CE6D45">
      <w:pPr>
        <w:spacing w:after="0" w:line="240" w:lineRule="auto"/>
      </w:pPr>
      <w:r>
        <w:t xml:space="preserve">- het organiseren van natuureducatie, </w:t>
      </w:r>
      <w:proofErr w:type="spellStart"/>
      <w:r>
        <w:t>rondleidingen</w:t>
      </w:r>
      <w:proofErr w:type="spellEnd"/>
      <w:r>
        <w:t xml:space="preserve"> en </w:t>
      </w:r>
      <w:proofErr w:type="spellStart"/>
      <w:r>
        <w:t>educatieve</w:t>
      </w:r>
      <w:proofErr w:type="spellEnd"/>
      <w:r>
        <w:t xml:space="preserve"> </w:t>
      </w:r>
      <w:proofErr w:type="spellStart"/>
      <w:r>
        <w:t>activiteiten</w:t>
      </w:r>
      <w:proofErr w:type="spellEnd"/>
      <w:r>
        <w:t xml:space="preserve"> voor </w:t>
      </w:r>
      <w:proofErr w:type="spellStart"/>
      <w:r>
        <w:t>scholen</w:t>
      </w:r>
      <w:proofErr w:type="spellEnd"/>
      <w:r>
        <w:t xml:space="preserve"> </w:t>
      </w:r>
      <w:r w:rsidR="00422415">
        <w:t xml:space="preserve">  </w:t>
      </w:r>
      <w:r>
        <w:t xml:space="preserve">en </w:t>
      </w:r>
      <w:proofErr w:type="spellStart"/>
      <w:r>
        <w:t>bezoekers</w:t>
      </w:r>
      <w:proofErr w:type="spellEnd"/>
      <w:r>
        <w:t>;</w:t>
      </w:r>
    </w:p>
    <w:p w14:paraId="331B7E4E" w14:textId="77777777" w:rsidR="00A61597" w:rsidRDefault="00B63286" w:rsidP="00CE6D45">
      <w:pPr>
        <w:spacing w:after="0" w:line="240" w:lineRule="auto"/>
      </w:pPr>
      <w:r>
        <w:t>- het ondersteunen van stageplaatsen en maatschappelijke participatie;</w:t>
      </w:r>
    </w:p>
    <w:p w14:paraId="40C94E74" w14:textId="77777777" w:rsidR="00A61597" w:rsidRDefault="00B63286" w:rsidP="00CE6D45">
      <w:pPr>
        <w:spacing w:after="0" w:line="240" w:lineRule="auto"/>
      </w:pPr>
      <w:r>
        <w:t>- het realiseren van een toegankelijke en veilige omgeving voor deelnemers en bezoekers.</w:t>
      </w:r>
    </w:p>
    <w:p w14:paraId="05D382FF" w14:textId="77777777" w:rsidR="00A61597" w:rsidRDefault="00A61597" w:rsidP="00CE6D45">
      <w:pPr>
        <w:spacing w:after="0" w:line="240" w:lineRule="auto"/>
      </w:pPr>
    </w:p>
    <w:p w14:paraId="1E5535B9" w14:textId="77777777" w:rsidR="00A61597" w:rsidRDefault="00B63286" w:rsidP="00CE6D45">
      <w:pPr>
        <w:spacing w:after="0" w:line="240" w:lineRule="auto"/>
      </w:pPr>
      <w:r>
        <w:t>De stichting werkt aan een toekomstbestendige zorgboerderij waar zorg, natuur, educatie en inclusie samenkomen.</w:t>
      </w:r>
    </w:p>
    <w:p w14:paraId="45FABFD1" w14:textId="77777777" w:rsidR="00A61597" w:rsidRDefault="00A61597" w:rsidP="00CE6D45">
      <w:pPr>
        <w:spacing w:after="0" w:line="240" w:lineRule="auto"/>
      </w:pPr>
    </w:p>
    <w:p w14:paraId="190237D2" w14:textId="198C0401" w:rsidR="00A61597" w:rsidRPr="00422415" w:rsidRDefault="00B63286" w:rsidP="00CE6D45">
      <w:pPr>
        <w:spacing w:after="0" w:line="240" w:lineRule="auto"/>
        <w:rPr>
          <w:b/>
          <w:bCs/>
          <w:i/>
          <w:iCs/>
          <w:u w:val="single"/>
        </w:rPr>
      </w:pPr>
      <w:proofErr w:type="spellStart"/>
      <w:r w:rsidRPr="00422415">
        <w:rPr>
          <w:b/>
          <w:bCs/>
          <w:i/>
          <w:iCs/>
          <w:u w:val="single"/>
        </w:rPr>
        <w:t>Inkomstenwerving</w:t>
      </w:r>
      <w:proofErr w:type="spellEnd"/>
    </w:p>
    <w:p w14:paraId="05242917" w14:textId="77777777" w:rsidR="00A61597" w:rsidRPr="00422415" w:rsidRDefault="00B63286" w:rsidP="00CE6D45">
      <w:pPr>
        <w:spacing w:after="0" w:line="240" w:lineRule="auto"/>
        <w:rPr>
          <w:b/>
          <w:bCs/>
          <w:i/>
          <w:iCs/>
          <w:u w:val="single"/>
        </w:rPr>
      </w:pPr>
      <w:r w:rsidRPr="00422415">
        <w:rPr>
          <w:b/>
          <w:bCs/>
          <w:i/>
          <w:iCs/>
          <w:u w:val="single"/>
        </w:rPr>
        <w:t>De inkomsten van de stichting bestaan onder meer uit:</w:t>
      </w:r>
    </w:p>
    <w:p w14:paraId="57491ADD" w14:textId="77777777" w:rsidR="00A61597" w:rsidRDefault="00A61597" w:rsidP="00CE6D45">
      <w:pPr>
        <w:spacing w:after="0" w:line="240" w:lineRule="auto"/>
      </w:pPr>
    </w:p>
    <w:p w14:paraId="6572FB29" w14:textId="320A7DED" w:rsidR="00422415" w:rsidRDefault="00422415" w:rsidP="00CE6D45">
      <w:pPr>
        <w:spacing w:after="0" w:line="240" w:lineRule="auto"/>
      </w:pPr>
      <w:r>
        <w:t>-</w:t>
      </w:r>
      <w:proofErr w:type="spellStart"/>
      <w:r w:rsidRPr="00422415">
        <w:t>vergoedingen</w:t>
      </w:r>
      <w:proofErr w:type="spellEnd"/>
      <w:r w:rsidRPr="00422415">
        <w:t xml:space="preserve"> </w:t>
      </w:r>
      <w:proofErr w:type="spellStart"/>
      <w:r w:rsidRPr="00422415">
        <w:t>vanuit</w:t>
      </w:r>
      <w:proofErr w:type="spellEnd"/>
      <w:r w:rsidRPr="00422415">
        <w:t xml:space="preserve"> </w:t>
      </w:r>
      <w:proofErr w:type="spellStart"/>
      <w:r w:rsidRPr="00422415">
        <w:t>Wmo</w:t>
      </w:r>
      <w:proofErr w:type="spellEnd"/>
      <w:r w:rsidRPr="00422415">
        <w:t>, WLZ, PGB en/</w:t>
      </w:r>
      <w:proofErr w:type="spellStart"/>
      <w:r w:rsidRPr="00422415">
        <w:t>of</w:t>
      </w:r>
      <w:proofErr w:type="spellEnd"/>
      <w:r w:rsidRPr="00422415">
        <w:t xml:space="preserve"> via </w:t>
      </w:r>
      <w:proofErr w:type="spellStart"/>
      <w:r w:rsidRPr="00422415">
        <w:t>samenwerkende</w:t>
      </w:r>
      <w:proofErr w:type="spellEnd"/>
      <w:r w:rsidRPr="00422415">
        <w:t xml:space="preserve"> </w:t>
      </w:r>
      <w:proofErr w:type="spellStart"/>
      <w:r w:rsidRPr="00422415">
        <w:t>zorgorganisaties</w:t>
      </w:r>
      <w:proofErr w:type="spellEnd"/>
      <w:r w:rsidRPr="00422415">
        <w:t xml:space="preserve"> ten </w:t>
      </w:r>
      <w:r>
        <w:t xml:space="preserve"> </w:t>
      </w:r>
      <w:proofErr w:type="spellStart"/>
      <w:r w:rsidRPr="00422415">
        <w:t>behoeve</w:t>
      </w:r>
      <w:proofErr w:type="spellEnd"/>
      <w:r w:rsidRPr="00422415">
        <w:t xml:space="preserve"> van </w:t>
      </w:r>
      <w:proofErr w:type="spellStart"/>
      <w:r w:rsidRPr="00422415">
        <w:t>dagbesteding</w:t>
      </w:r>
      <w:proofErr w:type="spellEnd"/>
      <w:r w:rsidRPr="00422415">
        <w:t xml:space="preserve"> en </w:t>
      </w:r>
      <w:proofErr w:type="spellStart"/>
      <w:r w:rsidRPr="00422415">
        <w:t>begeleiding</w:t>
      </w:r>
      <w:proofErr w:type="spellEnd"/>
      <w:r w:rsidRPr="00422415">
        <w:t xml:space="preserve"> van </w:t>
      </w:r>
      <w:proofErr w:type="spellStart"/>
      <w:r w:rsidRPr="00422415">
        <w:t>deelnemers</w:t>
      </w:r>
      <w:proofErr w:type="spellEnd"/>
      <w:r w:rsidRPr="00422415">
        <w:t>;</w:t>
      </w:r>
    </w:p>
    <w:p w14:paraId="2A988360" w14:textId="77777777" w:rsidR="00A61597" w:rsidRDefault="00B63286" w:rsidP="00CE6D45">
      <w:pPr>
        <w:spacing w:after="0" w:line="240" w:lineRule="auto"/>
      </w:pPr>
      <w:r>
        <w:t>- subsidies en fondsen;</w:t>
      </w:r>
    </w:p>
    <w:p w14:paraId="37F4D3B7" w14:textId="77777777" w:rsidR="00A61597" w:rsidRDefault="00B63286" w:rsidP="00CE6D45">
      <w:pPr>
        <w:spacing w:after="0" w:line="240" w:lineRule="auto"/>
      </w:pPr>
      <w:r>
        <w:t>- donaties en giften van particulieren en bedrijven;</w:t>
      </w:r>
    </w:p>
    <w:p w14:paraId="466AE527" w14:textId="77777777" w:rsidR="00A61597" w:rsidRDefault="00B63286" w:rsidP="00CE6D45">
      <w:pPr>
        <w:spacing w:after="0" w:line="240" w:lineRule="auto"/>
      </w:pPr>
      <w:r>
        <w:t>- bijdragen ten behoeve van dagbesteding;</w:t>
      </w:r>
    </w:p>
    <w:p w14:paraId="0DE5E290" w14:textId="77777777" w:rsidR="00A61597" w:rsidRDefault="00B63286" w:rsidP="00CE6D45">
      <w:pPr>
        <w:spacing w:after="0" w:line="240" w:lineRule="auto"/>
      </w:pPr>
      <w:r>
        <w:t>- sponsoracties en crowdfunding;</w:t>
      </w:r>
    </w:p>
    <w:p w14:paraId="4731562D" w14:textId="77777777" w:rsidR="00A61597" w:rsidRDefault="00B63286" w:rsidP="00CE6D45">
      <w:pPr>
        <w:spacing w:after="0" w:line="240" w:lineRule="auto"/>
      </w:pPr>
      <w:r>
        <w:t>- bijdragen vanuit maatschappelijke samenwerkingen.</w:t>
      </w:r>
    </w:p>
    <w:p w14:paraId="4AC3C81A" w14:textId="77777777" w:rsidR="00A61597" w:rsidRDefault="00A61597" w:rsidP="00CE6D45">
      <w:pPr>
        <w:spacing w:after="0" w:line="240" w:lineRule="auto"/>
      </w:pPr>
    </w:p>
    <w:p w14:paraId="53E0596C" w14:textId="578DC955" w:rsidR="00A61597" w:rsidRPr="00422415" w:rsidRDefault="00B63286" w:rsidP="00CE6D45">
      <w:pPr>
        <w:spacing w:after="0" w:line="240" w:lineRule="auto"/>
        <w:rPr>
          <w:b/>
          <w:bCs/>
          <w:i/>
          <w:iCs/>
          <w:u w:val="single"/>
        </w:rPr>
      </w:pPr>
      <w:r w:rsidRPr="00422415">
        <w:rPr>
          <w:b/>
          <w:bCs/>
          <w:i/>
          <w:iCs/>
          <w:u w:val="single"/>
        </w:rPr>
        <w:t xml:space="preserve">Beheer en </w:t>
      </w:r>
      <w:proofErr w:type="spellStart"/>
      <w:r w:rsidRPr="00422415">
        <w:rPr>
          <w:b/>
          <w:bCs/>
          <w:i/>
          <w:iCs/>
          <w:u w:val="single"/>
        </w:rPr>
        <w:t>besteding</w:t>
      </w:r>
      <w:proofErr w:type="spellEnd"/>
      <w:r w:rsidRPr="00422415">
        <w:rPr>
          <w:b/>
          <w:bCs/>
          <w:i/>
          <w:iCs/>
          <w:u w:val="single"/>
        </w:rPr>
        <w:t xml:space="preserve"> van het </w:t>
      </w:r>
      <w:proofErr w:type="spellStart"/>
      <w:r w:rsidRPr="00422415">
        <w:rPr>
          <w:b/>
          <w:bCs/>
          <w:i/>
          <w:iCs/>
          <w:u w:val="single"/>
        </w:rPr>
        <w:t>vermogen</w:t>
      </w:r>
      <w:proofErr w:type="spellEnd"/>
      <w:r w:rsidR="00422415" w:rsidRPr="00422415">
        <w:rPr>
          <w:b/>
          <w:bCs/>
          <w:i/>
          <w:iCs/>
          <w:u w:val="single"/>
        </w:rPr>
        <w:t>;</w:t>
      </w:r>
    </w:p>
    <w:p w14:paraId="60D3651D" w14:textId="77777777" w:rsidR="00A61597" w:rsidRDefault="00A61597" w:rsidP="00CE6D45">
      <w:pPr>
        <w:spacing w:after="0" w:line="240" w:lineRule="auto"/>
      </w:pPr>
    </w:p>
    <w:p w14:paraId="28DB046B" w14:textId="77777777" w:rsidR="00A61597" w:rsidRDefault="00B63286" w:rsidP="00CE6D45">
      <w:pPr>
        <w:spacing w:after="0" w:line="240" w:lineRule="auto"/>
      </w:pPr>
      <w:r>
        <w:t>Het vermogen van de stichting wordt uitsluitend gebruikt voor het realiseren van de statutaire doelstellingen.</w:t>
      </w:r>
    </w:p>
    <w:p w14:paraId="75455283" w14:textId="77777777" w:rsidR="00A61597" w:rsidRDefault="00A61597" w:rsidP="00CE6D45">
      <w:pPr>
        <w:spacing w:after="0" w:line="240" w:lineRule="auto"/>
      </w:pPr>
    </w:p>
    <w:p w14:paraId="3AACD60C" w14:textId="7A88C430" w:rsidR="00A61597" w:rsidRDefault="00B63286" w:rsidP="00CE6D45">
      <w:pPr>
        <w:spacing w:after="0" w:line="240" w:lineRule="auto"/>
      </w:pPr>
      <w:r>
        <w:t xml:space="preserve">De </w:t>
      </w:r>
      <w:proofErr w:type="spellStart"/>
      <w:r>
        <w:t>middelen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onder</w:t>
      </w:r>
      <w:proofErr w:type="spellEnd"/>
      <w:r>
        <w:t xml:space="preserve"> </w:t>
      </w:r>
      <w:proofErr w:type="spellStart"/>
      <w:r>
        <w:t>andere</w:t>
      </w:r>
      <w:proofErr w:type="spellEnd"/>
      <w:r>
        <w:t xml:space="preserve"> </w:t>
      </w:r>
      <w:proofErr w:type="spellStart"/>
      <w:r>
        <w:t>besteed</w:t>
      </w:r>
      <w:proofErr w:type="spellEnd"/>
      <w:r>
        <w:t xml:space="preserve"> </w:t>
      </w:r>
      <w:proofErr w:type="spellStart"/>
      <w:r>
        <w:t>aan</w:t>
      </w:r>
      <w:proofErr w:type="spellEnd"/>
      <w:r>
        <w:t>:</w:t>
      </w:r>
    </w:p>
    <w:p w14:paraId="139C519F" w14:textId="77777777" w:rsidR="00A61597" w:rsidRDefault="00B63286" w:rsidP="00CE6D45">
      <w:pPr>
        <w:spacing w:after="0" w:line="240" w:lineRule="auto"/>
      </w:pPr>
      <w:r>
        <w:t>- begeleiding en ondersteuning van deelnemers;</w:t>
      </w:r>
    </w:p>
    <w:p w14:paraId="6EF3EA45" w14:textId="77777777" w:rsidR="00A61597" w:rsidRDefault="00B63286" w:rsidP="00CE6D45">
      <w:pPr>
        <w:spacing w:after="0" w:line="240" w:lineRule="auto"/>
      </w:pPr>
      <w:r>
        <w:t>- onderhoud en ontwikkeling van de zorgboerderij;</w:t>
      </w:r>
    </w:p>
    <w:p w14:paraId="1E6F4B09" w14:textId="77777777" w:rsidR="00A61597" w:rsidRDefault="00B63286" w:rsidP="00CE6D45">
      <w:pPr>
        <w:spacing w:after="0" w:line="240" w:lineRule="auto"/>
      </w:pPr>
      <w:r>
        <w:t>- educatie- en biodiversiteitsprojecten;</w:t>
      </w:r>
    </w:p>
    <w:p w14:paraId="2E9E5663" w14:textId="77777777" w:rsidR="00A61597" w:rsidRDefault="00B63286" w:rsidP="00CE6D45">
      <w:pPr>
        <w:spacing w:after="0" w:line="240" w:lineRule="auto"/>
      </w:pPr>
      <w:r>
        <w:t>- toegankelijkheid en veiligheid op het erf;</w:t>
      </w:r>
    </w:p>
    <w:p w14:paraId="0B64DDB3" w14:textId="77777777" w:rsidR="00A61597" w:rsidRDefault="00B63286" w:rsidP="00CE6D45">
      <w:pPr>
        <w:spacing w:after="0" w:line="240" w:lineRule="auto"/>
      </w:pPr>
      <w:r>
        <w:t>- materialen en voorzieningen ten behoeve van dagbesteding.</w:t>
      </w:r>
    </w:p>
    <w:p w14:paraId="3799C550" w14:textId="77777777" w:rsidR="00A61597" w:rsidRDefault="00A61597" w:rsidP="00CE6D45">
      <w:pPr>
        <w:spacing w:after="0" w:line="240" w:lineRule="auto"/>
      </w:pPr>
    </w:p>
    <w:p w14:paraId="4CA17507" w14:textId="2BE42817" w:rsidR="00A61597" w:rsidRDefault="00B63286" w:rsidP="00CE6D45">
      <w:pPr>
        <w:spacing w:after="0" w:line="240" w:lineRule="auto"/>
      </w:pPr>
      <w:r>
        <w:t xml:space="preserve">De stichting houdt geen groter vermogen aan dan redelijkerwijs nodig is voor de continuïteit van de werkzaamheden. Eventuele reserves worden uitsluitend aangehouden voor onderhoud, toekomstige </w:t>
      </w:r>
      <w:proofErr w:type="spellStart"/>
      <w:r>
        <w:t>investeringen</w:t>
      </w:r>
      <w:proofErr w:type="spellEnd"/>
      <w:r>
        <w:t xml:space="preserve"> en </w:t>
      </w:r>
      <w:proofErr w:type="spellStart"/>
      <w:r>
        <w:t>noodzakelijke</w:t>
      </w:r>
      <w:proofErr w:type="spellEnd"/>
      <w:r>
        <w:t xml:space="preserve"> </w:t>
      </w:r>
      <w:proofErr w:type="spellStart"/>
      <w:r>
        <w:t>continuïteit</w:t>
      </w:r>
      <w:proofErr w:type="spellEnd"/>
      <w:r>
        <w:t xml:space="preserve"> van de </w:t>
      </w:r>
      <w:proofErr w:type="spellStart"/>
      <w:r>
        <w:t>stichting</w:t>
      </w:r>
      <w:proofErr w:type="spellEnd"/>
      <w:r>
        <w:t>.</w:t>
      </w:r>
    </w:p>
    <w:p w14:paraId="6913758B" w14:textId="6AE2CAD3" w:rsidR="00A61597" w:rsidRDefault="00422415" w:rsidP="00CE6D45">
      <w:pPr>
        <w:spacing w:after="0" w:line="240" w:lineRule="auto"/>
      </w:pPr>
      <w:r>
        <w:t>-</w:t>
      </w:r>
      <w:r w:rsidR="00B63286">
        <w:t>Er vinden geen winstuitkeringen plaats aan bestuurders of andere betrokkenen.</w:t>
      </w:r>
    </w:p>
    <w:p w14:paraId="2A9133D5" w14:textId="77777777" w:rsidR="00A61597" w:rsidRDefault="00A61597" w:rsidP="00CE6D45">
      <w:pPr>
        <w:spacing w:after="0" w:line="240" w:lineRule="auto"/>
      </w:pPr>
    </w:p>
    <w:p w14:paraId="1F7E4028" w14:textId="77777777" w:rsidR="00A61597" w:rsidRPr="00422415" w:rsidRDefault="00B63286" w:rsidP="00CE6D45">
      <w:pPr>
        <w:spacing w:after="0" w:line="240" w:lineRule="auto"/>
        <w:rPr>
          <w:b/>
          <w:bCs/>
          <w:i/>
          <w:iCs/>
          <w:u w:val="single"/>
        </w:rPr>
      </w:pPr>
      <w:r w:rsidRPr="00422415">
        <w:rPr>
          <w:b/>
          <w:bCs/>
          <w:i/>
          <w:iCs/>
          <w:u w:val="single"/>
        </w:rPr>
        <w:t>Bestuur en beloningsbeleid</w:t>
      </w:r>
    </w:p>
    <w:p w14:paraId="497006D6" w14:textId="77777777" w:rsidR="00A61597" w:rsidRDefault="00A61597" w:rsidP="00CE6D45">
      <w:pPr>
        <w:spacing w:after="0" w:line="240" w:lineRule="auto"/>
      </w:pPr>
    </w:p>
    <w:p w14:paraId="7E5A080C" w14:textId="503C1450" w:rsidR="00A61597" w:rsidRDefault="00B63286" w:rsidP="00CE6D45">
      <w:pPr>
        <w:spacing w:after="0" w:line="240" w:lineRule="auto"/>
      </w:pPr>
      <w:r>
        <w:t xml:space="preserve">Het bestuur is verantwoordelijk voor het beleid, financieel beheer en de </w:t>
      </w:r>
      <w:proofErr w:type="spellStart"/>
      <w:r>
        <w:t>uitvoering</w:t>
      </w:r>
      <w:proofErr w:type="spellEnd"/>
      <w:r>
        <w:t xml:space="preserve"> van de </w:t>
      </w:r>
      <w:proofErr w:type="spellStart"/>
      <w:r>
        <w:t>doelstellingen</w:t>
      </w:r>
      <w:proofErr w:type="spellEnd"/>
      <w:r>
        <w:t xml:space="preserve"> van de </w:t>
      </w:r>
      <w:proofErr w:type="spellStart"/>
      <w:r>
        <w:t>stichting</w:t>
      </w:r>
      <w:proofErr w:type="spellEnd"/>
      <w:r>
        <w:t>.</w:t>
      </w:r>
    </w:p>
    <w:p w14:paraId="5EF39E02" w14:textId="70B7A4D9" w:rsidR="00A61597" w:rsidRDefault="00B63286" w:rsidP="00CE6D45">
      <w:pPr>
        <w:spacing w:after="0" w:line="240" w:lineRule="auto"/>
      </w:pPr>
      <w:r>
        <w:t xml:space="preserve">Bestuursleden ontvangen geen beloning voor hun werkzaamheden. Alleen daadwerkelijk </w:t>
      </w:r>
      <w:proofErr w:type="spellStart"/>
      <w:r>
        <w:t>gemaakte</w:t>
      </w:r>
      <w:proofErr w:type="spellEnd"/>
      <w:r>
        <w:t xml:space="preserve"> en </w:t>
      </w:r>
      <w:proofErr w:type="spellStart"/>
      <w:r>
        <w:t>aantoonbare</w:t>
      </w:r>
      <w:proofErr w:type="spellEnd"/>
      <w:r>
        <w:t xml:space="preserve"> </w:t>
      </w:r>
      <w:proofErr w:type="spellStart"/>
      <w:r>
        <w:t>onkosten</w:t>
      </w:r>
      <w:proofErr w:type="spellEnd"/>
      <w:r>
        <w:t xml:space="preserve"> </w:t>
      </w:r>
      <w:proofErr w:type="spellStart"/>
      <w:r>
        <w:t>kunnen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vergoed</w:t>
      </w:r>
      <w:proofErr w:type="spellEnd"/>
      <w:r>
        <w:t>.</w:t>
      </w:r>
    </w:p>
    <w:p w14:paraId="43019110" w14:textId="77777777" w:rsidR="00A61597" w:rsidRDefault="00A61597" w:rsidP="00CE6D45">
      <w:pPr>
        <w:spacing w:after="0" w:line="240" w:lineRule="auto"/>
      </w:pPr>
    </w:p>
    <w:p w14:paraId="2E26E097" w14:textId="77777777" w:rsidR="00A61597" w:rsidRPr="00422415" w:rsidRDefault="00B63286" w:rsidP="00CE6D45">
      <w:pPr>
        <w:spacing w:after="0" w:line="240" w:lineRule="auto"/>
        <w:rPr>
          <w:b/>
          <w:bCs/>
          <w:i/>
          <w:iCs/>
          <w:u w:val="single"/>
        </w:rPr>
      </w:pPr>
      <w:r w:rsidRPr="00422415">
        <w:rPr>
          <w:b/>
          <w:bCs/>
          <w:i/>
          <w:iCs/>
          <w:u w:val="single"/>
        </w:rPr>
        <w:t>Transparantie</w:t>
      </w:r>
    </w:p>
    <w:p w14:paraId="2482C92A" w14:textId="77777777" w:rsidR="00A61597" w:rsidRDefault="00A61597" w:rsidP="00CE6D45">
      <w:pPr>
        <w:spacing w:after="0" w:line="240" w:lineRule="auto"/>
      </w:pPr>
    </w:p>
    <w:p w14:paraId="486C0E99" w14:textId="77777777" w:rsidR="00A61597" w:rsidRDefault="00B63286" w:rsidP="00CE6D45">
      <w:pPr>
        <w:spacing w:after="0" w:line="240" w:lineRule="auto"/>
      </w:pPr>
      <w:r>
        <w:t>De stichting voert een transparante administratie en publiceert de wettelijk verplichte gegevens conform de ANBI-voorwaarden. Het beleidsplan wordt periodiek geëvalueerd en waar nodig aangepast aan de ontwikkeling van de organisatie.</w:t>
      </w:r>
    </w:p>
    <w:p w14:paraId="7478E237" w14:textId="77777777" w:rsidR="00A61597" w:rsidRDefault="00A61597" w:rsidP="00CE6D45">
      <w:pPr>
        <w:spacing w:after="0" w:line="240" w:lineRule="auto"/>
      </w:pPr>
    </w:p>
    <w:p w14:paraId="5C8B41A1" w14:textId="77777777" w:rsidR="00A61597" w:rsidRPr="00422415" w:rsidRDefault="00B63286" w:rsidP="00CE6D45">
      <w:pPr>
        <w:spacing w:after="0" w:line="240" w:lineRule="auto"/>
        <w:rPr>
          <w:b/>
          <w:bCs/>
          <w:i/>
          <w:iCs/>
          <w:u w:val="single"/>
        </w:rPr>
      </w:pPr>
      <w:r w:rsidRPr="00422415">
        <w:rPr>
          <w:b/>
          <w:bCs/>
          <w:i/>
          <w:iCs/>
          <w:u w:val="single"/>
        </w:rPr>
        <w:t>Liquidatiebepaling</w:t>
      </w:r>
    </w:p>
    <w:p w14:paraId="65619BD2" w14:textId="77777777" w:rsidR="00A61597" w:rsidRDefault="00A61597" w:rsidP="00CE6D45">
      <w:pPr>
        <w:spacing w:after="0" w:line="240" w:lineRule="auto"/>
      </w:pPr>
    </w:p>
    <w:p w14:paraId="6CA3BB6D" w14:textId="77777777" w:rsidR="00A61597" w:rsidRDefault="00B63286" w:rsidP="00CE6D45">
      <w:pPr>
        <w:spacing w:after="0" w:line="240" w:lineRule="auto"/>
      </w:pPr>
      <w:r>
        <w:t>Bij opheffing van de stichting zal een eventueel batig saldo worden besteed aan een ANBI of soortgelijke organisatie met een vergelijkbare maatschappelijke doelstelling.</w:t>
      </w:r>
    </w:p>
    <w:sectPr w:rsidR="00A6159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2938120">
    <w:abstractNumId w:val="8"/>
  </w:num>
  <w:num w:numId="2" w16cid:durableId="721638493">
    <w:abstractNumId w:val="6"/>
  </w:num>
  <w:num w:numId="3" w16cid:durableId="56898712">
    <w:abstractNumId w:val="5"/>
  </w:num>
  <w:num w:numId="4" w16cid:durableId="772171867">
    <w:abstractNumId w:val="4"/>
  </w:num>
  <w:num w:numId="5" w16cid:durableId="186064458">
    <w:abstractNumId w:val="7"/>
  </w:num>
  <w:num w:numId="6" w16cid:durableId="34475743">
    <w:abstractNumId w:val="3"/>
  </w:num>
  <w:num w:numId="7" w16cid:durableId="1705669209">
    <w:abstractNumId w:val="2"/>
  </w:num>
  <w:num w:numId="8" w16cid:durableId="1717969961">
    <w:abstractNumId w:val="1"/>
  </w:num>
  <w:num w:numId="9" w16cid:durableId="955870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6EB"/>
    <w:rsid w:val="00034616"/>
    <w:rsid w:val="0006063C"/>
    <w:rsid w:val="0015074B"/>
    <w:rsid w:val="001B77C2"/>
    <w:rsid w:val="0029639D"/>
    <w:rsid w:val="00326F90"/>
    <w:rsid w:val="00422415"/>
    <w:rsid w:val="00450CA4"/>
    <w:rsid w:val="009258C6"/>
    <w:rsid w:val="00A61597"/>
    <w:rsid w:val="00AA1D8D"/>
    <w:rsid w:val="00B47730"/>
    <w:rsid w:val="00B63286"/>
    <w:rsid w:val="00CB0664"/>
    <w:rsid w:val="00CE6D45"/>
    <w:rsid w:val="00E778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2CD60B"/>
  <w14:defaultImageDpi w14:val="300"/>
  <w15:docId w15:val="{D455DE58-8C36-46E8-AC08-3252DA6DA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624</Words>
  <Characters>3435</Characters>
  <Application>Microsoft Office Word</Application>
  <DocSecurity>0</DocSecurity>
  <Lines>28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 365 | Jam &amp; Zo</cp:lastModifiedBy>
  <cp:revision>3</cp:revision>
  <cp:lastPrinted>2026-05-28T10:27:00Z</cp:lastPrinted>
  <dcterms:created xsi:type="dcterms:W3CDTF">2026-05-28T10:28:00Z</dcterms:created>
  <dcterms:modified xsi:type="dcterms:W3CDTF">2026-07-29T09:48:00Z</dcterms:modified>
  <cp:category/>
</cp:coreProperties>
</file>